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PIANO OPERATIVO DI SICUREZZA</w:t>
      </w:r>
    </w:p>
    <w:p>
      <w:pPr>
        <w:jc w:val="center"/>
      </w:pPr>
      <w:r>
        <w:t>Attività di consulenza tecnica, sopralluoghi e supporto alla sicurezza presso Amministrazioni Comunali</w:t>
      </w:r>
    </w:p>
    <w:p>
      <w:r>
        <w:t>Studio Bonometti</w:t>
        <w:br/>
        <w:t>Bonometti Emilio</w:t>
      </w:r>
    </w:p>
    <w:p>
      <w:pPr>
        <w:pStyle w:val="Heading1"/>
      </w:pPr>
      <w:r>
        <w:t>Dati dell'incarico</w:t>
      </w:r>
    </w:p>
    <w:p>
      <w:r>
        <w:t>Comune: ______________________________</w:t>
      </w:r>
    </w:p>
    <w:p>
      <w:r>
        <w:t>Committente: __________________________</w:t>
      </w:r>
    </w:p>
    <w:p>
      <w:r>
        <w:t>Oggetto incarico: ______________________</w:t>
      </w:r>
    </w:p>
    <w:p>
      <w:r>
        <w:t>Luoghi interessati: ____________________</w:t>
      </w:r>
    </w:p>
    <w:p>
      <w:r>
        <w:t>Data: _________________________________</w:t>
      </w:r>
    </w:p>
    <w:p>
      <w:r>
        <w:t>Revisione: 0</w:t>
      </w:r>
    </w:p>
    <w:p>
      <w:pPr>
        <w:pStyle w:val="Heading1"/>
      </w:pPr>
      <w:r>
        <w:t>1. Premessa</w:t>
      </w:r>
    </w:p>
    <w:p>
      <w:r>
        <w:t>Il presente Piano Operativo definisce l'organizzazione delle attività svolte dallo Studio Bonometti presso Amministrazioni Comunali, con particolare riferimento a sopralluoghi, consulenza tecnica, valutazioni dei rischi e supporto documentale.</w:t>
      </w:r>
    </w:p>
    <w:p>
      <w:pPr>
        <w:pStyle w:val="Heading1"/>
      </w:pPr>
      <w:r>
        <w:t>2. Riferimenti normativi</w:t>
      </w:r>
    </w:p>
    <w:p>
      <w:r>
        <w:t>Il documento fa riferimento al D.Lgs. 81/2008 e s.m.i., agli obblighi in materia di salute e sicurezza sul lavoro, nonché alle norme tecniche applicabili.</w:t>
      </w:r>
    </w:p>
    <w:p>
      <w:pPr>
        <w:pStyle w:val="Heading1"/>
      </w:pPr>
      <w:r>
        <w:t>3. Dati identificativi dell'incarico</w:t>
      </w:r>
    </w:p>
    <w:p>
      <w:r>
        <w:t>Sono riportati i dati del committente, delle figure della sicurezza, dei luoghi di lavoro e del personale coinvolto.</w:t>
      </w:r>
    </w:p>
    <w:p>
      <w:pPr>
        <w:pStyle w:val="Heading1"/>
      </w:pPr>
      <w:r>
        <w:t>4. Descrizione delle attività</w:t>
      </w:r>
    </w:p>
    <w:p>
      <w:r>
        <w:t>Le attività comprendono sopralluoghi, verifiche tecniche, raccolta dati, redazione documenti, relazioni e supporto al Datore di Lavoro.</w:t>
      </w:r>
    </w:p>
    <w:p>
      <w:pPr>
        <w:pStyle w:val="Heading1"/>
      </w:pPr>
      <w:r>
        <w:t>5. Organizzazione del lavoro</w:t>
      </w:r>
    </w:p>
    <w:p>
      <w:r>
        <w:t>Le attività vengono programmate, coordinate con il Comune e svolte secondo procedure definite.</w:t>
      </w:r>
    </w:p>
    <w:p>
      <w:pPr>
        <w:pStyle w:val="Heading1"/>
      </w:pPr>
      <w:r>
        <w:t>6. Valutazione dei rischi</w:t>
      </w:r>
    </w:p>
    <w:p>
      <w:r>
        <w:t>Sono valutati i rischi connessi a sopralluoghi, spostamenti, locali tecnici, videoterminali, incendio, elettrico, biologico e interferenze.</w:t>
      </w:r>
    </w:p>
    <w:p>
      <w:pPr>
        <w:pStyle w:val="Heading1"/>
      </w:pPr>
      <w:r>
        <w:t>7. Misure di prevenzione e protezione</w:t>
      </w:r>
    </w:p>
    <w:p>
      <w:r>
        <w:t>Sono definite misure organizzative, tecniche e comportamentali per ridurre i rischi.</w:t>
      </w:r>
    </w:p>
    <w:p>
      <w:pPr>
        <w:pStyle w:val="Heading1"/>
      </w:pPr>
      <w:r>
        <w:t>8. Procedure operative</w:t>
      </w:r>
    </w:p>
    <w:p>
      <w:r>
        <w:t>Sono descritte le modalità di preparazione, esecuzione e chiusura dei sopralluoghi.</w:t>
      </w:r>
    </w:p>
    <w:p>
      <w:pPr>
        <w:pStyle w:val="Heading1"/>
      </w:pPr>
      <w:r>
        <w:t>9. DPI</w:t>
      </w:r>
    </w:p>
    <w:p>
      <w:r>
        <w:t>Sono definiti i criteri di scelta e utilizzo dei dispositivi di protezione individuale.</w:t>
      </w:r>
    </w:p>
    <w:p>
      <w:pPr>
        <w:pStyle w:val="Heading1"/>
      </w:pPr>
      <w:r>
        <w:t>10. Attrezzature e mezzi</w:t>
      </w:r>
    </w:p>
    <w:p>
      <w:r>
        <w:t>Sono descritte le attrezzature utilizzate e le verifiche da effettuare.</w:t>
      </w:r>
    </w:p>
    <w:p>
      <w:pPr>
        <w:pStyle w:val="Heading1"/>
      </w:pPr>
      <w:r>
        <w:t>11. Gestione emergenze</w:t>
      </w:r>
    </w:p>
    <w:p>
      <w:r>
        <w:t>Sono riportate le procedure in caso di incendio, infortunio, fuga gas o altre emergenze.</w:t>
      </w:r>
    </w:p>
    <w:p>
      <w:pPr>
        <w:pStyle w:val="Heading1"/>
      </w:pPr>
      <w:r>
        <w:t>12. Gestione interferenze</w:t>
      </w:r>
    </w:p>
    <w:p>
      <w:r>
        <w:t>Sono definite le modalità di coordinamento con personale comunale, imprese e pubblico.</w:t>
      </w:r>
    </w:p>
    <w:p>
      <w:pPr>
        <w:pStyle w:val="Heading1"/>
      </w:pPr>
      <w:r>
        <w:t>13. Coordinamento con il Comune</w:t>
      </w:r>
    </w:p>
    <w:p>
      <w:r>
        <w:t>Sono definite comunicazioni, documentazione e responsabilità.</w:t>
      </w:r>
    </w:p>
    <w:p>
      <w:pPr>
        <w:pStyle w:val="Heading1"/>
      </w:pPr>
      <w:r>
        <w:t>14. Piano di miglioramento</w:t>
      </w:r>
    </w:p>
    <w:p>
      <w:r>
        <w:t>Sono previste classificazione delle criticità e azioni correttive.</w:t>
      </w:r>
    </w:p>
    <w:p>
      <w:pPr>
        <w:pStyle w:val="Heading1"/>
      </w:pPr>
      <w:r>
        <w:t>15. Gestione documentazione</w:t>
      </w:r>
    </w:p>
    <w:p>
      <w:r>
        <w:t>Sono definite archiviazione, consegna e aggiornamento dei documenti.</w:t>
      </w:r>
    </w:p>
    <w:p>
      <w:pPr>
        <w:pStyle w:val="Heading1"/>
      </w:pPr>
      <w:r>
        <w:t>16. Procedura sopralluogo</w:t>
      </w:r>
    </w:p>
    <w:p>
      <w:r>
        <w:t>Sono indicate le fasi operative e le verifiche da effettuare.</w:t>
      </w:r>
    </w:p>
    <w:p>
      <w:pPr>
        <w:pStyle w:val="Heading1"/>
      </w:pPr>
      <w:r>
        <w:t>17. Matrice dei rischi</w:t>
      </w:r>
    </w:p>
    <w:p>
      <w:r>
        <w:t>Sono riepilogati pericoli, conseguenze e misure preventive.</w:t>
      </w:r>
    </w:p>
    <w:p>
      <w:pPr>
        <w:pStyle w:val="Heading1"/>
      </w:pPr>
      <w:r>
        <w:t>18. Controllo interno</w:t>
      </w:r>
    </w:p>
    <w:p>
      <w:r>
        <w:t>Sono definite verifiche e riesami del documento.</w:t>
      </w:r>
    </w:p>
    <w:p>
      <w:pPr>
        <w:pStyle w:val="Heading1"/>
      </w:pPr>
      <w:r>
        <w:t>19. Formazione del personale</w:t>
      </w:r>
    </w:p>
    <w:p>
      <w:r>
        <w:t>Sono indicati formazione, informazione e aggiornamento.</w:t>
      </w:r>
    </w:p>
    <w:p>
      <w:pPr>
        <w:pStyle w:val="Heading1"/>
      </w:pPr>
      <w:r>
        <w:t>20. Procedure di sicurezza</w:t>
      </w:r>
    </w:p>
    <w:p>
      <w:r>
        <w:t>Sono riportate le procedure operative standard.</w:t>
      </w:r>
    </w:p>
    <w:p>
      <w:pPr>
        <w:pStyle w:val="Heading1"/>
      </w:pPr>
      <w:r>
        <w:t>21. Sorveglianza sanitaria</w:t>
      </w:r>
    </w:p>
    <w:p>
      <w:r>
        <w:t>Applicata quando prevista dalla valutazione dei rischi.</w:t>
      </w:r>
    </w:p>
    <w:p>
      <w:pPr>
        <w:pStyle w:val="Heading1"/>
      </w:pPr>
      <w:r>
        <w:t>22. Aggiornamento del Piano</w:t>
      </w:r>
    </w:p>
    <w:p>
      <w:r>
        <w:t>Sono definite revisioni, conservazione e aggiornamenti.</w:t>
      </w:r>
    </w:p>
    <w:p>
      <w:pPr>
        <w:pStyle w:val="Heading1"/>
      </w:pPr>
      <w:r>
        <w:t>Allegati</w:t>
      </w:r>
    </w:p>
    <w:p>
      <w:r>
        <w:t>Allegati A-Z: check-list, registri, verbali, schede di controllo, firme e modulistica operativa.</w:t>
      </w:r>
    </w:p>
    <w:p>
      <w:pPr>
        <w:pStyle w:val="Heading1"/>
      </w:pPr>
      <w:r>
        <w:t>Approvazione finale</w:t>
      </w:r>
    </w:p>
    <w:p>
      <w:r>
        <w:t>Studio Bonometti: ____________________</w:t>
      </w:r>
    </w:p>
    <w:p>
      <w:r>
        <w:t>Committente: _________________________</w:t>
      </w:r>
    </w:p>
    <w:p>
      <w:r>
        <w:t>Data: _______________________________</w:t>
      </w:r>
    </w:p>
    <w:p>
      <w:r>
        <w:t>Firma: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