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POS - Pagina 12</w:t>
      </w:r>
    </w:p>
    <w:p>
      <w:pPr>
        <w:pStyle w:val="Heading2"/>
      </w:pPr>
      <w:r>
        <w:t>ALLEGATO G - Dichiarazione di presa visione del POS</w:t>
      </w:r>
    </w:p>
    <w:p>
      <w:r>
        <w:t>Il sottoscritto dichiara di aver ricevuto copia del presente Piano Operativo di Sicurezza, di averne compreso i contenuti e di impegnarsi al rispetto delle misure di prevenzione e protezione previste.</w:t>
      </w:r>
    </w:p>
    <w:p>
      <w:r>
        <w:t>Nome e Cognome: ________________________________</w:t>
      </w:r>
    </w:p>
    <w:p>
      <w:r>
        <w:t>Qualifica: _____________________________________</w:t>
      </w:r>
    </w:p>
    <w:p>
      <w:r>
        <w:t>Data: __________________________________________</w:t>
      </w:r>
    </w:p>
    <w:p>
      <w:r>
        <w:t>Firma: _________________________________________</w:t>
      </w:r>
    </w:p>
    <w:p>
      <w:pPr>
        <w:pStyle w:val="Heading2"/>
      </w:pPr>
      <w:r>
        <w:t>ALLEGATO H - Verbale di coordinamento iniziale</w:t>
      </w:r>
    </w:p>
    <w:p>
      <w:r>
        <w:t>Data riunione: _________________________________</w:t>
      </w:r>
    </w:p>
    <w:p>
      <w:r>
        <w:t>Luogo: ________________________________________</w:t>
      </w:r>
    </w:p>
    <w:p>
      <w:r>
        <w:t>Presenti: _____________________________________</w:t>
      </w:r>
    </w:p>
    <w:p>
      <w:r>
        <w:t>Argomenti trattati: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pPr>
        <w:pStyle w:val="Heading2"/>
      </w:pPr>
      <w:r>
        <w:t>ALLEGATO I - Elenco autorizzazioni e permessi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Documento</w:t>
            </w:r>
          </w:p>
        </w:tc>
        <w:tc>
          <w:tcPr>
            <w:tcW w:type="dxa" w:w="2160"/>
          </w:tcPr>
          <w:p>
            <w:r>
              <w:t>Numero</w:t>
            </w:r>
          </w:p>
        </w:tc>
        <w:tc>
          <w:tcPr>
            <w:tcW w:type="dxa" w:w="2160"/>
          </w:tcPr>
          <w:p>
            <w:r>
              <w:t>Data</w:t>
            </w:r>
          </w:p>
        </w:tc>
        <w:tc>
          <w:tcPr>
            <w:tcW w:type="dxa" w:w="2160"/>
          </w:tcPr>
          <w:p>
            <w:r>
              <w:t>Note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