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PIANO OPERATIVO DI SICUREZZA (POS)</w:t>
      </w:r>
    </w:p>
    <w:p>
      <w:pPr>
        <w:jc w:val="center"/>
      </w:pPr>
      <w:r>
        <w:rPr>
          <w:b/>
        </w:rPr>
        <w:t>Servizi di consulenza in materia di salute e sicurezza sul lavoro</w:t>
        <w:br/>
      </w:r>
      <w:r>
        <w:t>D.Lgs. 9 aprile 2008 n. 81 e s.m.i.</w:t>
        <w:br/>
        <w:br/>
      </w:r>
    </w:p>
    <w:p>
      <w:pPr>
        <w:pStyle w:val="Heading2"/>
      </w:pPr>
      <w:r>
        <w:t>DATI GENERALI</w:t>
      </w:r>
    </w:p>
    <w:p>
      <w:r>
        <w:t>Committente: ________________________________</w:t>
      </w:r>
    </w:p>
    <w:p>
      <w:r>
        <w:t>Ente/Comune: ________________________________</w:t>
      </w:r>
    </w:p>
    <w:p>
      <w:r>
        <w:t>Luogo di svolgimento: ________________________</w:t>
      </w:r>
    </w:p>
    <w:p>
      <w:r>
        <w:t>Oggetto dell'incarico: _______________________</w:t>
      </w:r>
    </w:p>
    <w:p>
      <w:r>
        <w:t>Periodo dei lavori: __________________________</w:t>
      </w:r>
    </w:p>
    <w:p>
      <w:r>
        <w:t>Responsabile del procedimento: _______________</w:t>
      </w:r>
    </w:p>
    <w:p>
      <w:r>
        <w:t>Impresa esecutrice: Studio Bonometti</w:t>
      </w:r>
    </w:p>
    <w:p>
      <w:r>
        <w:t>Responsabile operativo: ______________________</w:t>
      </w:r>
    </w:p>
    <w:p>
      <w:r>
        <w:br/>
        <w:t>Il presente Piano Operativo di Sicurezza è predisposto quale documento operativo per le attività di consulenza e sopralluogo svolte presso enti comunali, con spazi modificabili per l'adattamento ai singoli incarichi.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