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16</w:t>
      </w:r>
    </w:p>
    <w:p>
      <w:pPr>
        <w:pStyle w:val="Heading2"/>
      </w:pPr>
      <w:r>
        <w:t>ALLEGATO U - Verifica delle prescrizioni di sicurezza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Prescrizione</w:t>
            </w:r>
          </w:p>
        </w:tc>
        <w:tc>
          <w:tcPr>
            <w:tcW w:type="dxa" w:w="2160"/>
          </w:tcPr>
          <w:p>
            <w:r>
              <w:t>Conforme</w:t>
            </w:r>
          </w:p>
        </w:tc>
        <w:tc>
          <w:tcPr>
            <w:tcW w:type="dxa" w:w="2160"/>
          </w:tcPr>
          <w:p>
            <w:r>
              <w:t>Non conforme</w:t>
            </w:r>
          </w:p>
        </w:tc>
        <w:tc>
          <w:tcPr>
            <w:tcW w:type="dxa" w:w="2160"/>
          </w:tcPr>
          <w:p>
            <w:r>
              <w:t>Note</w:t>
            </w:r>
          </w:p>
        </w:tc>
      </w:tr>
      <w:tr>
        <w:tc>
          <w:tcPr>
            <w:tcW w:type="dxa" w:w="2160"/>
          </w:tcPr>
          <w:p>
            <w:r>
              <w:t>DPI utilizzati correttamente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Vie di esodo libere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Segnaletica presente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Attrezzature in buono stato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Assenza di situazioni di pericolo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Coordinamento con il referente comunale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Documentazione disponibile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Pulizia finale dell'area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ALLEGATO V - Verbale di consegna documentazione</w:t>
      </w:r>
    </w:p>
    <w:p>
      <w:r>
        <w:t>Comune: _______________________________________</w:t>
      </w:r>
    </w:p>
    <w:p>
      <w:r>
        <w:t>Data consegna: _________________________________</w:t>
      </w:r>
    </w:p>
    <w:p>
      <w:r>
        <w:t>Documentazione consegnata: _____________________</w:t>
      </w:r>
    </w:p>
    <w:p>
      <w:r>
        <w:t>Consegnata da: _________________________________</w:t>
      </w:r>
    </w:p>
    <w:p>
      <w:r>
        <w:t>Ricevuta da: ___________________________________</w:t>
      </w:r>
    </w:p>
    <w:p>
      <w:r>
        <w:t>Firme: _________________________________________</w:t>
      </w:r>
    </w:p>
    <w:p>
      <w:pPr>
        <w:pStyle w:val="Heading2"/>
      </w:pPr>
      <w:r>
        <w:t>ALLEGATO Z - Check-list finale</w:t>
      </w:r>
    </w:p>
    <w:p>
      <w:r>
        <w:t>☐ Attività completata</w:t>
      </w:r>
    </w:p>
    <w:p>
      <w:r>
        <w:t>☐ Documentazione archiviata</w:t>
      </w:r>
    </w:p>
    <w:p>
      <w:r>
        <w:t>☐ Eventuali criticità comunicate</w:t>
      </w:r>
    </w:p>
    <w:p>
      <w:r>
        <w:t>☐ Relazione trasmessa al committente</w:t>
      </w:r>
    </w:p>
    <w:p>
      <w:r>
        <w:t>☐ POS aggiornato (se necessario)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