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11</w:t>
      </w:r>
    </w:p>
    <w:p>
      <w:pPr>
        <w:pStyle w:val="Heading2"/>
      </w:pPr>
      <w:r>
        <w:t>ALLEGATO D - Registro della Formazione del Personale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Lavoratore</w:t>
            </w:r>
          </w:p>
        </w:tc>
        <w:tc>
          <w:tcPr>
            <w:tcW w:type="dxa" w:w="1440"/>
          </w:tcPr>
          <w:p>
            <w:r>
              <w:t>Corso</w:t>
            </w:r>
          </w:p>
        </w:tc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Scadenza</w:t>
            </w:r>
          </w:p>
        </w:tc>
        <w:tc>
          <w:tcPr>
            <w:tcW w:type="dxa" w:w="1440"/>
          </w:tcPr>
          <w:p>
            <w:r>
              <w:t>Attestato</w:t>
            </w:r>
          </w:p>
        </w:tc>
        <w:tc>
          <w:tcPr>
            <w:tcW w:type="dxa" w:w="1440"/>
          </w:tcPr>
          <w:p>
            <w:r>
              <w:t>Note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ALLEGATO E - Controllo delle Attrezzature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Attrezzatura</w:t>
            </w:r>
          </w:p>
        </w:tc>
        <w:tc>
          <w:tcPr>
            <w:tcW w:type="dxa" w:w="1728"/>
          </w:tcPr>
          <w:p>
            <w:r>
              <w:t>Verifica</w:t>
            </w:r>
          </w:p>
        </w:tc>
        <w:tc>
          <w:tcPr>
            <w:tcW w:type="dxa" w:w="1728"/>
          </w:tcPr>
          <w:p>
            <w:r>
              <w:t>Esito</w:t>
            </w:r>
          </w:p>
        </w:tc>
        <w:tc>
          <w:tcPr>
            <w:tcW w:type="dxa" w:w="1728"/>
          </w:tcPr>
          <w:p>
            <w:r>
              <w:t>Data</w:t>
            </w:r>
          </w:p>
        </w:tc>
        <w:tc>
          <w:tcPr>
            <w:tcW w:type="dxa" w:w="1728"/>
          </w:tcPr>
          <w:p>
            <w:r>
              <w:t>Firma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F - Elenco della Documentazione Disponibile</w:t>
      </w:r>
    </w:p>
    <w:p>
      <w:r>
        <w:t>☐ Piano Operativo di Sicurezza (POS)</w:t>
      </w:r>
    </w:p>
    <w:p>
      <w:r>
        <w:t>☐ Documento di Valutazione dei Rischi (DVR)</w:t>
      </w:r>
    </w:p>
    <w:p>
      <w:r>
        <w:t>☐ DUVRI (se previsto)</w:t>
      </w:r>
    </w:p>
    <w:p>
      <w:r>
        <w:t>☐ Attestati di formazione</w:t>
      </w:r>
    </w:p>
    <w:p>
      <w:r>
        <w:t>☐ Elenco DPI consegnati</w:t>
      </w:r>
    </w:p>
    <w:p>
      <w:r>
        <w:t>☐ Verbali di coordinamento</w:t>
      </w:r>
    </w:p>
    <w:p>
      <w:r>
        <w:t>☐ Nomine delle figure della sicurezza</w:t>
      </w:r>
    </w:p>
    <w:p>
      <w:r>
        <w:t>☐ Altra documentazione: 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