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20</w:t>
      </w:r>
    </w:p>
    <w:p>
      <w:pPr>
        <w:pStyle w:val="Heading2"/>
      </w:pPr>
      <w:r>
        <w:t>ALLEGATO AH - Schede di controllo degli impianti</w:t>
      </w:r>
    </w:p>
    <w:p>
      <w:r>
        <w:t>Le verifiche riportate sono di tipo documentale e visivo. Non autorizzano interventi di manutenzione o prove sugli impianti.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Impianto</w:t>
            </w:r>
          </w:p>
        </w:tc>
        <w:tc>
          <w:tcPr>
            <w:tcW w:type="dxa" w:w="1440"/>
          </w:tcPr>
          <w:p>
            <w:r>
              <w:t>Controllo</w:t>
            </w:r>
          </w:p>
        </w:tc>
        <w:tc>
          <w:tcPr>
            <w:tcW w:type="dxa" w:w="1440"/>
          </w:tcPr>
          <w:p>
            <w:r>
              <w:t>Esito</w:t>
            </w:r>
          </w:p>
        </w:tc>
        <w:tc>
          <w:tcPr>
            <w:tcW w:type="dxa" w:w="1440"/>
          </w:tcPr>
          <w:p>
            <w:r>
              <w:t>Anomalie</w:t>
            </w:r>
          </w:p>
        </w:tc>
        <w:tc>
          <w:tcPr>
            <w:tcW w:type="dxa" w:w="1440"/>
          </w:tcPr>
          <w:p>
            <w:r>
              <w:t>Azione proposta</w:t>
            </w:r>
          </w:p>
        </w:tc>
        <w:tc>
          <w:tcPr>
            <w:tcW w:type="dxa" w:w="1440"/>
          </w:tcPr>
          <w:p>
            <w:r>
              <w:t>Note</w:t>
            </w:r>
          </w:p>
        </w:tc>
      </w:tr>
      <w:tr>
        <w:tc>
          <w:tcPr>
            <w:tcW w:type="dxa" w:w="1440"/>
          </w:tcPr>
          <w:p>
            <w:r>
              <w:t>Impianto elettrico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Illuminazione di emergenza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Impianto di messa a terra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Impianto antincendio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Estintori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Idranti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Centrale termica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Ascensore/Montacarichi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Impianto di climatizzazione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Impianto fotovoltaico (se presente)</w:t>
            </w:r>
          </w:p>
        </w:tc>
        <w:tc>
          <w:tcPr>
            <w:tcW w:type="dxa" w:w="1440"/>
          </w:tcPr>
          <w:p>
            <w:r>
              <w:t>Verifica visiva/documentale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ALLEGATO AI - Documentazione visionata</w:t>
      </w:r>
    </w:p>
    <w:p>
      <w:r>
        <w:t>☐ Certificato di prevenzione incendi / SCIA (se applicabile)</w:t>
      </w:r>
    </w:p>
    <w:p>
      <w:r>
        <w:t>☐ Registro controlli antincendio</w:t>
      </w:r>
    </w:p>
    <w:p>
      <w:r>
        <w:t>☐ Dichiarazioni di conformità impianti</w:t>
      </w:r>
    </w:p>
    <w:p>
      <w:r>
        <w:t>☐ Verbali di verifica impianto di terra</w:t>
      </w:r>
    </w:p>
    <w:p>
      <w:r>
        <w:t>☐ Verbali ascensori</w:t>
      </w:r>
    </w:p>
    <w:p>
      <w:r>
        <w:t>☐ Piano di emergenza</w:t>
      </w:r>
    </w:p>
    <w:p>
      <w:r>
        <w:t>☐ Registro manutenzioni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