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22</w:t>
      </w:r>
    </w:p>
    <w:p>
      <w:pPr>
        <w:pStyle w:val="Heading2"/>
      </w:pPr>
      <w:r>
        <w:t>ALLEGATO AM - Registro firme del personale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Nome e Cognome</w:t>
            </w:r>
          </w:p>
        </w:tc>
        <w:tc>
          <w:tcPr>
            <w:tcW w:type="dxa" w:w="1728"/>
          </w:tcPr>
          <w:p>
            <w:r>
              <w:t>Qualifica</w:t>
            </w:r>
          </w:p>
        </w:tc>
        <w:tc>
          <w:tcPr>
            <w:tcW w:type="dxa" w:w="1728"/>
          </w:tcPr>
          <w:p>
            <w:r>
              <w:t>Data</w:t>
            </w:r>
          </w:p>
        </w:tc>
        <w:tc>
          <w:tcPr>
            <w:tcW w:type="dxa" w:w="1728"/>
          </w:tcPr>
          <w:p>
            <w:r>
              <w:t>Firma</w:t>
            </w:r>
          </w:p>
        </w:tc>
        <w:tc>
          <w:tcPr>
            <w:tcW w:type="dxa" w:w="1728"/>
          </w:tcPr>
          <w:p>
            <w:r>
              <w:t>Note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pPr>
        <w:pStyle w:val="Heading2"/>
      </w:pPr>
      <w:r>
        <w:t>ALLEGATO AN - Elenco allegati del POS</w:t>
      </w:r>
    </w:p>
    <w:p>
      <w:r>
        <w:t>☐ Planimetrie delle sedi</w:t>
      </w:r>
    </w:p>
    <w:p>
      <w:r>
        <w:t>☐ Documentazione fotografica</w:t>
      </w:r>
    </w:p>
    <w:p>
      <w:r>
        <w:t>☐ Verbali di sopralluogo</w:t>
      </w:r>
    </w:p>
    <w:p>
      <w:r>
        <w:t>☐ Registro formazione</w:t>
      </w:r>
    </w:p>
    <w:p>
      <w:r>
        <w:t>☐ Elenco DPI</w:t>
      </w:r>
    </w:p>
    <w:p>
      <w:r>
        <w:t>☐ Certificazioni impianti</w:t>
      </w:r>
    </w:p>
    <w:p>
      <w:r>
        <w:t>☐ Piano di emergenza</w:t>
      </w:r>
    </w:p>
    <w:p>
      <w:r>
        <w:t>☐ Altro: __________________________</w:t>
      </w:r>
    </w:p>
    <w:p>
      <w:pPr>
        <w:pStyle w:val="Heading2"/>
      </w:pPr>
      <w:r>
        <w:t>ALLEGATO AO - Controllo completezza fascicolo</w:t>
      </w:r>
    </w:p>
    <w:p>
      <w:r>
        <w:t>☐ Tutte le sezioni compilate</w:t>
      </w:r>
    </w:p>
    <w:p>
      <w:r>
        <w:t>☐ Allegati inseriti</w:t>
      </w:r>
    </w:p>
    <w:p>
      <w:r>
        <w:t>☐ Firme raccolte</w:t>
      </w:r>
    </w:p>
    <w:p>
      <w:r>
        <w:t>☐ Documento verificato</w:t>
      </w:r>
    </w:p>
    <w:p>
      <w:r>
        <w:t>☐ Copia consegnata al committente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