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24</w:t>
      </w:r>
    </w:p>
    <w:p>
      <w:pPr>
        <w:pStyle w:val="Heading2"/>
      </w:pPr>
      <w:r>
        <w:t>ALLEGATO AS - Indice generale degli allegati</w:t>
      </w:r>
    </w:p>
    <w:p>
      <w:r>
        <w:t>• Allegati A-C: Registri operativi</w:t>
      </w:r>
    </w:p>
    <w:p>
      <w:r>
        <w:t>• Allegati D-F: Formazione e documentazione</w:t>
      </w:r>
    </w:p>
    <w:p>
      <w:r>
        <w:t>• Allegati G-I: Dichiarazioni e verbali</w:t>
      </w:r>
    </w:p>
    <w:p>
      <w:r>
        <w:t>• Allegati L-N: Emergenze e planimetrie</w:t>
      </w:r>
    </w:p>
    <w:p>
      <w:r>
        <w:t>• Allegati O-Q: Revisioni e verifiche</w:t>
      </w:r>
    </w:p>
    <w:p>
      <w:r>
        <w:t>• Allegati R-T: Mezzi e gestione ambientale</w:t>
      </w:r>
    </w:p>
    <w:p>
      <w:r>
        <w:t>• Allegati U-Z: Check-list e controlli</w:t>
      </w:r>
    </w:p>
    <w:p>
      <w:r>
        <w:t>• Allegati AA-AR: Schede tecniche e registri finali</w:t>
      </w:r>
    </w:p>
    <w:p>
      <w:pPr>
        <w:pStyle w:val="Heading2"/>
      </w:pPr>
      <w:r>
        <w:t>ALLEGATO AT - Dichiarazione conclusiva</w:t>
      </w:r>
    </w:p>
    <w:p>
      <w:r>
        <w:t>Il presente Piano Operativo di Sicurezza costituisce il documento di riferimento per l'organizzazione delle attività oggetto dell'incarico e dovrà essere integrato con le informazioni specifiche del Comune e dei luoghi di lavoro interessati.</w:t>
      </w:r>
    </w:p>
    <w:p>
      <w:pPr>
        <w:pStyle w:val="Heading2"/>
      </w:pPr>
      <w:r>
        <w:t>Approvazione del documento</w:t>
      </w:r>
    </w:p>
    <w:p>
      <w:r>
        <w:t>Comune/Committente: ____________________________</w:t>
      </w:r>
    </w:p>
    <w:p>
      <w:r>
        <w:t>Luogo: ________________________________________</w:t>
      </w:r>
    </w:p>
    <w:p>
      <w:r>
        <w:t>Data: _________________________________________</w:t>
      </w:r>
    </w:p>
    <w:p>
      <w:r>
        <w:t>Datore di Lavoro / Legale Rappresentante: __________________________</w:t>
      </w:r>
    </w:p>
    <w:p>
      <w:r>
        <w:t>RSPP: _________________________________________</w:t>
      </w:r>
    </w:p>
    <w:p>
      <w:r>
        <w:t>Responsabile del Procedimento: __________________</w:t>
      </w:r>
    </w:p>
    <w:p>
      <w:r>
        <w:t>Firma: ________________________________________</w:t>
      </w:r>
    </w:p>
    <w:p>
      <w:pPr>
        <w:pStyle w:val="Heading2"/>
      </w:pPr>
      <w:r>
        <w:t>Distribuzione del documento</w:t>
      </w:r>
    </w:p>
    <w:p>
      <w:r>
        <w:t>☐ Copia al Comune</w:t>
      </w:r>
    </w:p>
    <w:p>
      <w:r>
        <w:t>☐ Copia allo Studio Bonometti</w:t>
      </w:r>
    </w:p>
    <w:p>
      <w:r>
        <w:t>☐ Copia al Responsabile del Procedimento</w:t>
      </w:r>
    </w:p>
    <w:p>
      <w:r>
        <w:t>☐ Archiviazione digitale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